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נרדפות, ניבים ומשמעות לפי הקשר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- מילה יומיומית מול מילה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משמעות המילה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יומיומית או מילה גבוהה?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מאושר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מרהיב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ניבים ופירושים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(לחשוב קשה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(להתרגש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(להיות כן ואמיתי)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(לדבר בלי שמקשיבים)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(להסכים לגמרי)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רב-משמעיות - השלמה לפי 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על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מילה רב-משמעית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בניב המשמעות שונה מהמילים הבודדות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מילים גבוהות נפוצות בטקסטים רשמיים וספרותיים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ההקשר הוא שעוזר להבין איזו משמעות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מילים נרדפות הן דווקא מילים בעלות 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הרבה כדי למצוא פתרון לבעיה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מיומיומי לגבוה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משפט ראשון עם מילה פשוטה ומשפט שני עם מילה חגיגית ונרדפת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'צעד' או 'פסע'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ביטוי קבוע עם משמעות שונה מהמילים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מראה הבנה של שתי משמעויות שונות לאותה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'תאומים במילים'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כל ניב בקול לפני מילוי סעיף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נרדפות, ניבים ומשמעות לפי הקשר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דומות במשמעות, ניבים, וגם מילים שיש להן כמה פירושים.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שדומה במשמעות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יומיומית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שמשתמשים בה הרבה בדיבור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גבוהה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חגיגית או ספרותית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שהמשמעות שלו שונה מהמילים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עם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רב-משמעי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יותר ממשמעות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שסביב המילה, שעוזר להבין את משמעותה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מילה יומיומית או מילה גבוהה?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חגיגית שדומה במשמעות למילה 'הלך'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חגיגית שדומה במשמעות למילה 'אמר'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חגיגית שדומה במשמעות למילה 'שמח'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חגיגית שדומה במשמעות למילה 'גדול'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מילה חגיגית שדומה במשמעות למילה 'יפה'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מרהיב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מילה חגיגית שדומה במשמעות למילה 'אכל'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ניבים ופירושים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להסכים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לקפוץ מהעור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להיות כן ואמיתי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לדבר בלי שמקשיבים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לדבר אל הקיר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להתרגש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לעשות עין בעין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קשה על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רב-משמעיות - השלמה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ההר יש נוף מרהיב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למחט יש __________ קטנה שדרכה מכניסים חוט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ל__________ שלי יש ריסים ארוכים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4. לשולחן יש ארבע __________ 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שלי כואבת אחרי הריצה הארוכה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ב__________ של העיר יש כיכר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- על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רב-משמעית היא מילה שיש לה יותר ממשמעות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שאפשר להבין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'גבוהה' משמשת בדרך כלל בכתיבה חגיגית או ספרותית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תמיד לדעת את משמעות המילה בלי להסתכל על ההקשר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שאין להן שום קשר במשמעות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הכוונה בניב 'לשבור את הראש'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מיומיומי לגבוה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עם מילה יומיומית, ואחר כך כתבו את אותו משפט עם מילה נרדפת 'גבוהה'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גבוהה למילה 'הלך'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 מה זה ניב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מילה רב-משמעית ותנו לה שתי משמעויות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- נרדפות, ניבים ומשמעות לפי הקשר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