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- נרדפות, ניבים ומשמעות לפי הקשר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נרדפות - מילה יומיומית מול מילה גבוהה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משמעות של ניבים וביטויים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משמעות המילה לפי ההקשר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מילה יומיומית או מילה גבוהה?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צעד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הכריז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ענק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ניבים ופירושים -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(לחשוב קשה על פתרון)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(להתרגש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(להיות כן ואמיתי)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(לדבר בלי שמקשיבים)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מילים רב-משמעיות - השלמה לפי ההקשר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רגליים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 - על אוצר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בדיוק ההגדרה של מילה רב-משמעית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מילים גבוהות נפוצות בטקסטים רשמיים וספרותיים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הסבר במילים שלי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מיומיומי לגבוה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משפט ראשון עם מילה פשוטה ומשפט שני עם מילה חגיגית ונרדפת במשמעות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כמו 'צעד' או 'פסע'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שמזכיר ביטוי קבוע עם משמעות שונה מהמילים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מראה הבנה של שתי משמעויות שונות לאותה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קודם במשחק 'תאומים במילים' ואז לעבור לדף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כל ניב בקול לפני מילוי סעיף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- נרדפות, ניבים ומשמעות לפי הקשר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מילים נרדפות, ניבים וביטויים, ומילים שיש להן יותר ממשמעות אחת - בדיוק כמו במשחקים של מרכזון אוצר המילים.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עין  ·  עין  ·  ראש  ·  רגליים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מילה יומיומית או מילה גבוהה?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מילה היא מילה 'גבוהה' נרדפת למילה 'הלך'?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צעד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מילה היא מילה 'גבוהה' נרדפת למילה 'אמר'?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הכריז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מילה היא מילה 'גבוהה' נרדפת למילה 'גדול'?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חלש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ניבים ופירושים -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לשבור את הראש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להתרגש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לקפוץ מהעור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לדבר בלי שמקשיבים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לשים יד על הלב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לחשוב קשה על פתרון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לדבר אל הקיר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להיות כן ואמיתי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מילים רב-משמעיות - השלמה לפי ההקשר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ב__________ ההר יש נוף מרהיב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למחט יש __________ קטנה שדרכה מכניסים חוט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ל__________ שלי יש ריסים ארוכים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4. לשולחן יש ארבע __________ 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 - על 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מילה רב-משמעית היא מילה שיש לה יותר ממשמעות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מילה 'גבוהה' משמשת בדרך כלל בכתיבה חגיגית או ספרותית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הסבר במילים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- מיומיומי לגבוה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קצר עם מילה יומיומית, ואחר כך כתבו את אותו משפט עם מילה נרדפת 'גבוהה' יותר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נרדפת גבוהה למילה 'הלך'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הסבירו במשפט אחד מה זה ניב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אוצר מילים - נרדפות, ניבים ומשמעות לפי הקשר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